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ACEE2F1" w14:textId="77777777" w:rsidR="0069038F" w:rsidRPr="008A0711" w:rsidRDefault="0069038F">
      <w:pPr>
        <w:spacing w:line="240" w:lineRule="auto"/>
        <w:rPr>
          <w:rFonts w:cs="Times New Roman"/>
        </w:rPr>
      </w:pPr>
    </w:p>
    <w:p w14:paraId="391FC410" w14:textId="77777777" w:rsidR="00D414F3" w:rsidRPr="008A0711" w:rsidRDefault="00D414F3">
      <w:pPr>
        <w:spacing w:line="276" w:lineRule="auto"/>
        <w:jc w:val="center"/>
        <w:rPr>
          <w:rFonts w:cs="Times New Roman"/>
          <w:b/>
          <w:sz w:val="28"/>
        </w:rPr>
      </w:pPr>
      <w:r w:rsidRPr="008A0711">
        <w:rPr>
          <w:rFonts w:cs="Times New Roman"/>
          <w:b/>
          <w:sz w:val="28"/>
        </w:rPr>
        <w:t>[ARTICLE TITLE WRITTEN IN CAPITAL LETTERS, CONCISE, CLEAR, AND REFLECTING THE RESEARCH CONTENT]</w:t>
      </w:r>
      <w:r w:rsidRPr="008A0711">
        <w:rPr>
          <w:rFonts w:cs="Times New Roman"/>
          <w:b/>
          <w:sz w:val="28"/>
        </w:rPr>
        <w:t xml:space="preserve"> </w:t>
      </w:r>
    </w:p>
    <w:p w14:paraId="799966E6" w14:textId="77777777" w:rsidR="0069038F" w:rsidRPr="008A0711" w:rsidRDefault="0069038F">
      <w:pPr>
        <w:spacing w:line="240" w:lineRule="auto"/>
        <w:rPr>
          <w:rFonts w:cs="Times New Roman"/>
          <w:lang w:val="sv-SE"/>
        </w:rPr>
      </w:pPr>
    </w:p>
    <w:p w14:paraId="79FF2573" w14:textId="29FE2379" w:rsidR="0069038F" w:rsidRPr="008A0711" w:rsidRDefault="00D414F3" w:rsidP="00707AA0">
      <w:pPr>
        <w:spacing w:line="276" w:lineRule="auto"/>
        <w:jc w:val="center"/>
        <w:rPr>
          <w:rFonts w:cs="Times New Roman"/>
        </w:rPr>
      </w:pPr>
      <w:r w:rsidRPr="008A0711">
        <w:rPr>
          <w:rFonts w:cs="Times New Roman"/>
        </w:rPr>
        <w:t>[First Author's Name]</w:t>
      </w:r>
      <w:r w:rsidRPr="00707AA0">
        <w:rPr>
          <w:rFonts w:cs="Times New Roman"/>
          <w:vertAlign w:val="superscript"/>
        </w:rPr>
        <w:t>1</w:t>
      </w:r>
      <w:r w:rsidRPr="008A0711">
        <w:rPr>
          <w:rFonts w:cs="Times New Roman"/>
        </w:rPr>
        <w:t>, [Second Author's Name]</w:t>
      </w:r>
      <w:r w:rsidRPr="00707AA0">
        <w:rPr>
          <w:rFonts w:cs="Times New Roman"/>
          <w:vertAlign w:val="superscript"/>
        </w:rPr>
        <w:t>2</w:t>
      </w:r>
      <w:r w:rsidRPr="008A0711">
        <w:rPr>
          <w:rFonts w:cs="Times New Roman"/>
        </w:rPr>
        <w:br/>
      </w:r>
      <w:r w:rsidRPr="008A0711">
        <w:rPr>
          <w:rFonts w:cs="Times New Roman"/>
        </w:rPr>
        <w:br/>
      </w:r>
      <w:r w:rsidRPr="00707AA0">
        <w:rPr>
          <w:rFonts w:cs="Times New Roman"/>
          <w:vertAlign w:val="superscript"/>
        </w:rPr>
        <w:t>1</w:t>
      </w:r>
      <w:r w:rsidRPr="008A0711">
        <w:rPr>
          <w:rFonts w:cs="Times New Roman"/>
        </w:rPr>
        <w:t>[First Author's Affiliation]</w:t>
      </w:r>
      <w:r w:rsidRPr="008A0711">
        <w:rPr>
          <w:rFonts w:cs="Times New Roman"/>
        </w:rPr>
        <w:br/>
      </w:r>
      <w:r w:rsidRPr="00707AA0">
        <w:rPr>
          <w:rFonts w:cs="Times New Roman"/>
          <w:vertAlign w:val="superscript"/>
        </w:rPr>
        <w:t>2</w:t>
      </w:r>
      <w:r w:rsidRPr="008A0711">
        <w:rPr>
          <w:rFonts w:cs="Times New Roman"/>
        </w:rPr>
        <w:t>[Second Author's Affiliation]</w:t>
      </w:r>
      <w:r w:rsidRPr="008A0711">
        <w:rPr>
          <w:rFonts w:cs="Times New Roman"/>
        </w:rPr>
        <w:br/>
      </w:r>
      <w:r w:rsidRPr="008A0711">
        <w:rPr>
          <w:rFonts w:cs="Times New Roman"/>
        </w:rPr>
        <w:br/>
        <w:t>Corresponding Author: [author.email@domain.com]</w:t>
      </w:r>
      <w:r w:rsidRPr="008A0711">
        <w:rPr>
          <w:rFonts w:cs="Times New Roman"/>
        </w:rPr>
        <w:br/>
      </w:r>
      <w:r w:rsidRPr="008A0711">
        <w:rPr>
          <w:rFonts w:cs="Times New Roman"/>
          <w:i/>
          <w:iCs/>
          <w:sz w:val="20"/>
          <w:szCs w:val="20"/>
        </w:rPr>
        <w:t xml:space="preserve"> </w:t>
      </w:r>
      <w:r w:rsidRPr="008A0711">
        <w:rPr>
          <w:rFonts w:cs="Times New Roman"/>
          <w:i/>
          <w:iCs/>
          <w:sz w:val="20"/>
          <w:szCs w:val="20"/>
        </w:rPr>
        <w:br/>
      </w:r>
      <w:r w:rsidRPr="008A0711">
        <w:rPr>
          <w:rFonts w:cs="Times New Roman"/>
        </w:rPr>
        <w:t>Received: [day month year] / Revised: [day month year] / Accepted: [day month year]</w:t>
      </w:r>
      <w:r w:rsidRPr="008A0711">
        <w:rPr>
          <w:rFonts w:cs="Times New Roman"/>
        </w:rPr>
        <w:br/>
      </w:r>
    </w:p>
    <w:p w14:paraId="07ADB806" w14:textId="77777777" w:rsidR="0028367A" w:rsidRPr="008A0711" w:rsidRDefault="0028367A">
      <w:pPr>
        <w:spacing w:line="240" w:lineRule="auto"/>
        <w:rPr>
          <w:rFonts w:cs="Times New Roman"/>
        </w:rPr>
      </w:pPr>
    </w:p>
    <w:p w14:paraId="58634146" w14:textId="77777777" w:rsidR="00C96946" w:rsidRPr="008A0711" w:rsidRDefault="00D414F3" w:rsidP="00C96946">
      <w:pPr>
        <w:spacing w:line="240" w:lineRule="auto"/>
        <w:jc w:val="center"/>
        <w:rPr>
          <w:rFonts w:cs="Times New Roman"/>
        </w:rPr>
      </w:pPr>
      <w:r w:rsidRPr="008A0711">
        <w:rPr>
          <w:rFonts w:cs="Times New Roman"/>
          <w:b/>
          <w:bCs/>
        </w:rPr>
        <w:t>ABSTRACT</w:t>
      </w:r>
      <w:r w:rsidRPr="008A0711">
        <w:rPr>
          <w:rFonts w:cs="Times New Roman"/>
          <w:b/>
          <w:bCs/>
        </w:rPr>
        <w:br/>
      </w:r>
      <w:r w:rsidRPr="008A0711">
        <w:rPr>
          <w:rFonts w:cs="Times New Roman"/>
        </w:rPr>
        <w:br/>
        <w:t>[Write a concise abstract in English, maximum 250 words. The abstract should include the research background, objective, methodology, main findings, and conclusion. Avoid citations unless absolutely necessary.]</w:t>
      </w:r>
      <w:r w:rsidRPr="008A0711">
        <w:rPr>
          <w:rFonts w:cs="Times New Roman"/>
        </w:rPr>
        <w:br/>
      </w:r>
      <w:r w:rsidRPr="008A0711">
        <w:rPr>
          <w:rFonts w:cs="Times New Roman"/>
        </w:rPr>
        <w:br/>
        <w:t>Keywords: [keyword 1]; [keyword 2]; [keyword 3]; [keyword 4]; [keyword 5]</w:t>
      </w:r>
      <w:r w:rsidRPr="008A0711">
        <w:rPr>
          <w:rFonts w:cs="Times New Roman"/>
        </w:rPr>
        <w:br/>
      </w:r>
      <w:r w:rsidRPr="008A0711">
        <w:rPr>
          <w:rFonts w:cs="Times New Roman"/>
        </w:rPr>
        <w:br/>
      </w:r>
      <w:r w:rsidRPr="008A0711">
        <w:rPr>
          <w:rFonts w:cs="Times New Roman"/>
          <w:b/>
          <w:bCs/>
        </w:rPr>
        <w:t>INTRODUCTION</w:t>
      </w:r>
      <w:r w:rsidRPr="008A0711">
        <w:rPr>
          <w:rFonts w:cs="Times New Roman"/>
          <w:b/>
          <w:bCs/>
        </w:rPr>
        <w:br/>
      </w:r>
      <w:r w:rsidRPr="008A0711">
        <w:rPr>
          <w:rFonts w:cs="Times New Roman"/>
        </w:rPr>
        <w:br/>
        <w:t>The introduction section should present the research background, academic context, major phenomena, research significance, review of previous studies, research gap, novelty, and research objectives.</w:t>
      </w:r>
      <w:r w:rsidRPr="008A0711">
        <w:rPr>
          <w:rFonts w:cs="Times New Roman"/>
        </w:rPr>
        <w:br/>
      </w:r>
      <w:r w:rsidRPr="008A0711">
        <w:rPr>
          <w:rFonts w:cs="Times New Roman"/>
        </w:rPr>
        <w:br/>
      </w:r>
      <w:r w:rsidRPr="008A0711">
        <w:rPr>
          <w:rFonts w:cs="Times New Roman"/>
          <w:b/>
          <w:bCs/>
        </w:rPr>
        <w:t>LITERATURE REVIEW</w:t>
      </w:r>
      <w:r w:rsidRPr="008A0711">
        <w:rPr>
          <w:rFonts w:cs="Times New Roman"/>
          <w:b/>
          <w:bCs/>
        </w:rPr>
        <w:br/>
      </w:r>
      <w:r w:rsidRPr="008A0711">
        <w:rPr>
          <w:rFonts w:cs="Times New Roman"/>
        </w:rPr>
        <w:br/>
        <w:t>This section discusses previous studies and the principal theories employed in the research. Organize the discussion thematically rather than merely listing scholars’ opinions.</w:t>
      </w:r>
      <w:r w:rsidRPr="008A0711">
        <w:rPr>
          <w:rFonts w:cs="Times New Roman"/>
        </w:rPr>
        <w:br/>
      </w:r>
      <w:r w:rsidRPr="008A0711">
        <w:rPr>
          <w:rFonts w:cs="Times New Roman"/>
        </w:rPr>
        <w:br/>
      </w:r>
      <w:r w:rsidRPr="008A0711">
        <w:rPr>
          <w:rFonts w:cs="Times New Roman"/>
          <w:b/>
          <w:bCs/>
        </w:rPr>
        <w:t>METHOD</w:t>
      </w:r>
      <w:r w:rsidRPr="008A0711">
        <w:rPr>
          <w:rFonts w:cs="Times New Roman"/>
          <w:b/>
          <w:bCs/>
        </w:rPr>
        <w:br/>
      </w:r>
      <w:r w:rsidRPr="008A0711">
        <w:rPr>
          <w:rFonts w:cs="Times New Roman"/>
        </w:rPr>
        <w:br/>
        <w:t>Explain the research type and approach, data sources, data collection techniques, analytical procedures, and rationale for selecting the methodology.</w:t>
      </w:r>
      <w:r w:rsidRPr="008A0711">
        <w:rPr>
          <w:rFonts w:cs="Times New Roman"/>
        </w:rPr>
        <w:br/>
      </w:r>
    </w:p>
    <w:p w14:paraId="190D02B6" w14:textId="77777777" w:rsidR="00C96946" w:rsidRPr="008A0711" w:rsidRDefault="00C96946">
      <w:pPr>
        <w:spacing w:line="240" w:lineRule="auto"/>
        <w:rPr>
          <w:rFonts w:cs="Times New Roman"/>
        </w:rPr>
      </w:pPr>
    </w:p>
    <w:p w14:paraId="232DB698" w14:textId="77777777" w:rsidR="00C96946" w:rsidRPr="008A0711" w:rsidRDefault="00C96946" w:rsidP="00C96946">
      <w:pPr>
        <w:spacing w:line="240" w:lineRule="auto"/>
        <w:rPr>
          <w:rFonts w:cs="Times New Roman"/>
        </w:rPr>
      </w:pPr>
      <w:r w:rsidRPr="008A0711">
        <w:rPr>
          <w:rFonts w:cs="Times New Roman"/>
        </w:rPr>
        <w:t>Figure 1. [Title of Figure/Model]</w:t>
      </w:r>
      <w:r w:rsidRPr="008A0711">
        <w:rPr>
          <w:rFonts w:cs="Times New Roman"/>
        </w:rPr>
        <w:br/>
      </w:r>
      <w:r w:rsidRPr="008A0711">
        <w:rPr>
          <w:rFonts w:cs="Times New Roman"/>
        </w:rPr>
        <w:br/>
        <w:t>[Provide a brief explanation of the figure or conceptual model.]</w:t>
      </w:r>
      <w:r w:rsidRPr="008A0711">
        <w:rPr>
          <w:rFonts w:cs="Times New Roman"/>
        </w:rPr>
        <w:br/>
      </w:r>
      <w:r w:rsidRPr="008A0711">
        <w:rPr>
          <w:rFonts w:cs="Times New Roman"/>
        </w:rPr>
        <w:br/>
      </w:r>
    </w:p>
    <w:p w14:paraId="2BC29AB8" w14:textId="77777777" w:rsidR="00C96946" w:rsidRPr="008A0711" w:rsidRDefault="00C96946" w:rsidP="00C96946">
      <w:pPr>
        <w:jc w:val="both"/>
        <w:rPr>
          <w:rFonts w:cs="Times New Roman"/>
          <w:szCs w:val="24"/>
        </w:rPr>
      </w:pPr>
    </w:p>
    <w:p w14:paraId="63B652D8" w14:textId="77777777" w:rsidR="00C96946" w:rsidRPr="008A0711" w:rsidRDefault="00C96946" w:rsidP="00C96946">
      <w:pPr>
        <w:spacing w:before="120" w:line="240" w:lineRule="auto"/>
        <w:jc w:val="center"/>
        <w:rPr>
          <w:rFonts w:cs="Times New Roman"/>
          <w:szCs w:val="24"/>
        </w:rPr>
      </w:pPr>
      <w:r w:rsidRPr="008A0711">
        <w:rPr>
          <w:rFonts w:cs="Times New Roman"/>
          <w:szCs w:val="24"/>
        </w:rPr>
        <w:t>Tabel 1. [Table Title]</w:t>
      </w: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2348"/>
        <w:gridCol w:w="2351"/>
        <w:gridCol w:w="2348"/>
        <w:gridCol w:w="2349"/>
      </w:tblGrid>
      <w:tr w:rsidR="00C96946" w:rsidRPr="008A0711" w14:paraId="45ED918D" w14:textId="77777777" w:rsidTr="00010A92">
        <w:trPr>
          <w:jc w:val="center"/>
        </w:trPr>
        <w:tc>
          <w:tcPr>
            <w:tcW w:w="2351" w:type="dxa"/>
            <w:shd w:val="clear" w:color="auto" w:fill="D9EAD3"/>
          </w:tcPr>
          <w:p w14:paraId="649505AD" w14:textId="77777777" w:rsidR="00C96946" w:rsidRPr="008A0711" w:rsidRDefault="00C96946" w:rsidP="00010A92">
            <w:pPr>
              <w:jc w:val="center"/>
              <w:rPr>
                <w:rFonts w:cs="Times New Roman"/>
                <w:szCs w:val="24"/>
              </w:rPr>
            </w:pPr>
            <w:r w:rsidRPr="008A0711">
              <w:rPr>
                <w:rFonts w:cs="Times New Roman"/>
                <w:b/>
                <w:szCs w:val="24"/>
              </w:rPr>
              <w:t>Aspect</w:t>
            </w:r>
          </w:p>
        </w:tc>
        <w:tc>
          <w:tcPr>
            <w:tcW w:w="2351" w:type="dxa"/>
            <w:shd w:val="clear" w:color="auto" w:fill="D9EAD3"/>
          </w:tcPr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96"/>
            </w:tblGrid>
            <w:tr w:rsidR="00C96946" w:rsidRPr="00D414F3" w14:paraId="77D94CFA" w14:textId="77777777" w:rsidTr="00010A92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14:paraId="4407BC8D" w14:textId="77777777" w:rsidR="00C96946" w:rsidRPr="00D414F3" w:rsidRDefault="00C96946" w:rsidP="00010A92">
                  <w:pPr>
                    <w:jc w:val="center"/>
                    <w:rPr>
                      <w:rFonts w:cs="Times New Roman"/>
                      <w:b/>
                      <w:szCs w:val="24"/>
                    </w:rPr>
                  </w:pPr>
                </w:p>
              </w:tc>
            </w:tr>
          </w:tbl>
          <w:p w14:paraId="666B1844" w14:textId="77777777" w:rsidR="00C96946" w:rsidRPr="00D414F3" w:rsidRDefault="00C96946" w:rsidP="00010A92">
            <w:pPr>
              <w:jc w:val="center"/>
              <w:rPr>
                <w:rFonts w:cs="Times New Roman"/>
                <w:b/>
                <w:vanish/>
                <w:szCs w:val="24"/>
              </w:rPr>
            </w:pPr>
          </w:p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997"/>
            </w:tblGrid>
            <w:tr w:rsidR="00C96946" w:rsidRPr="00D414F3" w14:paraId="43AFBECD" w14:textId="77777777" w:rsidTr="00010A92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14:paraId="358ED5E0" w14:textId="77777777" w:rsidR="00C96946" w:rsidRPr="00D414F3" w:rsidRDefault="00C96946" w:rsidP="00010A92">
                  <w:pPr>
                    <w:jc w:val="center"/>
                    <w:rPr>
                      <w:rFonts w:cs="Times New Roman"/>
                      <w:b/>
                      <w:szCs w:val="24"/>
                    </w:rPr>
                  </w:pPr>
                  <w:r w:rsidRPr="00D414F3">
                    <w:rPr>
                      <w:rFonts w:cs="Times New Roman"/>
                      <w:b/>
                      <w:szCs w:val="24"/>
                    </w:rPr>
                    <w:t>Findings/Category</w:t>
                  </w:r>
                </w:p>
              </w:tc>
            </w:tr>
          </w:tbl>
          <w:p w14:paraId="4837A2CD" w14:textId="77777777" w:rsidR="00C96946" w:rsidRPr="008A0711" w:rsidRDefault="00C96946" w:rsidP="00010A92">
            <w:pPr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2351" w:type="dxa"/>
            <w:shd w:val="clear" w:color="auto" w:fill="D9EAD3"/>
          </w:tcPr>
          <w:p w14:paraId="196D74A2" w14:textId="77777777" w:rsidR="00C96946" w:rsidRPr="008A0711" w:rsidRDefault="00C96946" w:rsidP="00010A92">
            <w:pPr>
              <w:jc w:val="center"/>
              <w:rPr>
                <w:rFonts w:cs="Times New Roman"/>
                <w:szCs w:val="24"/>
              </w:rPr>
            </w:pPr>
            <w:r w:rsidRPr="008A0711">
              <w:rPr>
                <w:rFonts w:cs="Times New Roman"/>
                <w:b/>
                <w:szCs w:val="24"/>
              </w:rPr>
              <w:t>Analysis</w:t>
            </w:r>
          </w:p>
        </w:tc>
        <w:tc>
          <w:tcPr>
            <w:tcW w:w="2351" w:type="dxa"/>
            <w:shd w:val="clear" w:color="auto" w:fill="D9EAD3"/>
          </w:tcPr>
          <w:p w14:paraId="17201C62" w14:textId="77777777" w:rsidR="00C96946" w:rsidRPr="008A0711" w:rsidRDefault="00C96946" w:rsidP="00010A92">
            <w:pPr>
              <w:jc w:val="center"/>
              <w:rPr>
                <w:rFonts w:cs="Times New Roman"/>
                <w:szCs w:val="24"/>
              </w:rPr>
            </w:pPr>
            <w:r w:rsidRPr="008A0711">
              <w:rPr>
                <w:rFonts w:cs="Times New Roman"/>
                <w:b/>
                <w:szCs w:val="24"/>
              </w:rPr>
              <w:t>Implication</w:t>
            </w:r>
          </w:p>
        </w:tc>
      </w:tr>
      <w:tr w:rsidR="00C96946" w:rsidRPr="008A0711" w14:paraId="38259A4E" w14:textId="77777777" w:rsidTr="00010A92">
        <w:trPr>
          <w:jc w:val="center"/>
        </w:trPr>
        <w:tc>
          <w:tcPr>
            <w:tcW w:w="2351" w:type="dxa"/>
          </w:tcPr>
          <w:p w14:paraId="45F59FAB" w14:textId="77777777" w:rsidR="00C96946" w:rsidRPr="008A0711" w:rsidRDefault="00C96946" w:rsidP="00010A92">
            <w:pPr>
              <w:rPr>
                <w:rFonts w:cs="Times New Roman"/>
                <w:szCs w:val="24"/>
              </w:rPr>
            </w:pPr>
          </w:p>
        </w:tc>
        <w:tc>
          <w:tcPr>
            <w:tcW w:w="2351" w:type="dxa"/>
          </w:tcPr>
          <w:p w14:paraId="7AFB4DF7" w14:textId="77777777" w:rsidR="00C96946" w:rsidRPr="008A0711" w:rsidRDefault="00C96946" w:rsidP="00010A92">
            <w:pPr>
              <w:rPr>
                <w:rFonts w:cs="Times New Roman"/>
                <w:szCs w:val="24"/>
              </w:rPr>
            </w:pPr>
          </w:p>
        </w:tc>
        <w:tc>
          <w:tcPr>
            <w:tcW w:w="2351" w:type="dxa"/>
          </w:tcPr>
          <w:p w14:paraId="15EAFDAF" w14:textId="77777777" w:rsidR="00C96946" w:rsidRPr="008A0711" w:rsidRDefault="00C96946" w:rsidP="00010A92">
            <w:pPr>
              <w:rPr>
                <w:rFonts w:cs="Times New Roman"/>
                <w:szCs w:val="24"/>
              </w:rPr>
            </w:pPr>
          </w:p>
        </w:tc>
        <w:tc>
          <w:tcPr>
            <w:tcW w:w="2351" w:type="dxa"/>
          </w:tcPr>
          <w:p w14:paraId="7312ED46" w14:textId="77777777" w:rsidR="00C96946" w:rsidRPr="008A0711" w:rsidRDefault="00C96946" w:rsidP="00010A92">
            <w:pPr>
              <w:rPr>
                <w:rFonts w:cs="Times New Roman"/>
                <w:szCs w:val="24"/>
              </w:rPr>
            </w:pPr>
          </w:p>
        </w:tc>
      </w:tr>
      <w:tr w:rsidR="00C96946" w:rsidRPr="008A0711" w14:paraId="52762F65" w14:textId="77777777" w:rsidTr="00010A92">
        <w:trPr>
          <w:jc w:val="center"/>
        </w:trPr>
        <w:tc>
          <w:tcPr>
            <w:tcW w:w="2351" w:type="dxa"/>
          </w:tcPr>
          <w:p w14:paraId="159D7030" w14:textId="77777777" w:rsidR="00C96946" w:rsidRPr="008A0711" w:rsidRDefault="00C96946" w:rsidP="00010A92">
            <w:pPr>
              <w:rPr>
                <w:rFonts w:cs="Times New Roman"/>
                <w:szCs w:val="24"/>
              </w:rPr>
            </w:pPr>
          </w:p>
        </w:tc>
        <w:tc>
          <w:tcPr>
            <w:tcW w:w="2351" w:type="dxa"/>
          </w:tcPr>
          <w:p w14:paraId="53E5B0B6" w14:textId="77777777" w:rsidR="00C96946" w:rsidRPr="008A0711" w:rsidRDefault="00C96946" w:rsidP="00010A92">
            <w:pPr>
              <w:rPr>
                <w:rFonts w:cs="Times New Roman"/>
                <w:szCs w:val="24"/>
              </w:rPr>
            </w:pPr>
          </w:p>
        </w:tc>
        <w:tc>
          <w:tcPr>
            <w:tcW w:w="2351" w:type="dxa"/>
          </w:tcPr>
          <w:p w14:paraId="2DB916B4" w14:textId="77777777" w:rsidR="00C96946" w:rsidRPr="008A0711" w:rsidRDefault="00C96946" w:rsidP="00010A92">
            <w:pPr>
              <w:rPr>
                <w:rFonts w:cs="Times New Roman"/>
                <w:szCs w:val="24"/>
              </w:rPr>
            </w:pPr>
          </w:p>
        </w:tc>
        <w:tc>
          <w:tcPr>
            <w:tcW w:w="2351" w:type="dxa"/>
          </w:tcPr>
          <w:p w14:paraId="30A8B00A" w14:textId="77777777" w:rsidR="00C96946" w:rsidRPr="008A0711" w:rsidRDefault="00C96946" w:rsidP="00010A92">
            <w:pPr>
              <w:rPr>
                <w:rFonts w:cs="Times New Roman"/>
                <w:szCs w:val="24"/>
              </w:rPr>
            </w:pPr>
          </w:p>
        </w:tc>
      </w:tr>
      <w:tr w:rsidR="00C96946" w:rsidRPr="008A0711" w14:paraId="510DE295" w14:textId="77777777" w:rsidTr="00010A92">
        <w:trPr>
          <w:jc w:val="center"/>
        </w:trPr>
        <w:tc>
          <w:tcPr>
            <w:tcW w:w="2351" w:type="dxa"/>
          </w:tcPr>
          <w:p w14:paraId="1B0525A3" w14:textId="77777777" w:rsidR="00C96946" w:rsidRPr="008A0711" w:rsidRDefault="00C96946" w:rsidP="00010A92">
            <w:pPr>
              <w:rPr>
                <w:rFonts w:cs="Times New Roman"/>
                <w:szCs w:val="24"/>
              </w:rPr>
            </w:pPr>
          </w:p>
        </w:tc>
        <w:tc>
          <w:tcPr>
            <w:tcW w:w="2351" w:type="dxa"/>
          </w:tcPr>
          <w:p w14:paraId="2F819FEE" w14:textId="77777777" w:rsidR="00C96946" w:rsidRPr="008A0711" w:rsidRDefault="00C96946" w:rsidP="00010A92">
            <w:pPr>
              <w:rPr>
                <w:rFonts w:cs="Times New Roman"/>
                <w:szCs w:val="24"/>
              </w:rPr>
            </w:pPr>
          </w:p>
        </w:tc>
        <w:tc>
          <w:tcPr>
            <w:tcW w:w="2351" w:type="dxa"/>
          </w:tcPr>
          <w:p w14:paraId="1AE12C67" w14:textId="77777777" w:rsidR="00C96946" w:rsidRPr="008A0711" w:rsidRDefault="00C96946" w:rsidP="00010A92">
            <w:pPr>
              <w:rPr>
                <w:rFonts w:cs="Times New Roman"/>
                <w:szCs w:val="24"/>
              </w:rPr>
            </w:pPr>
          </w:p>
        </w:tc>
        <w:tc>
          <w:tcPr>
            <w:tcW w:w="2351" w:type="dxa"/>
          </w:tcPr>
          <w:p w14:paraId="4B713512" w14:textId="77777777" w:rsidR="00C96946" w:rsidRPr="008A0711" w:rsidRDefault="00C96946" w:rsidP="00010A92">
            <w:pPr>
              <w:rPr>
                <w:rFonts w:cs="Times New Roman"/>
                <w:szCs w:val="24"/>
              </w:rPr>
            </w:pPr>
          </w:p>
        </w:tc>
      </w:tr>
    </w:tbl>
    <w:p w14:paraId="1CBA4F50" w14:textId="77777777" w:rsidR="00C96946" w:rsidRPr="008A0711" w:rsidRDefault="00C96946" w:rsidP="00C96946">
      <w:pPr>
        <w:spacing w:line="240" w:lineRule="auto"/>
        <w:rPr>
          <w:rFonts w:cs="Times New Roman"/>
          <w:szCs w:val="24"/>
        </w:rPr>
      </w:pPr>
    </w:p>
    <w:p w14:paraId="148B6D45" w14:textId="7EBED535" w:rsidR="002075DD" w:rsidRPr="008A0711" w:rsidRDefault="00D414F3" w:rsidP="008B0342">
      <w:pPr>
        <w:spacing w:line="240" w:lineRule="auto"/>
        <w:jc w:val="center"/>
        <w:rPr>
          <w:rFonts w:cs="Times New Roman"/>
        </w:rPr>
      </w:pPr>
      <w:r w:rsidRPr="008A0711">
        <w:rPr>
          <w:rFonts w:cs="Times New Roman"/>
        </w:rPr>
        <w:br/>
      </w:r>
      <w:r w:rsidRPr="008A0711">
        <w:rPr>
          <w:rFonts w:cs="Times New Roman"/>
          <w:b/>
          <w:bCs/>
        </w:rPr>
        <w:t>RESULTS AND DISCUSSION</w:t>
      </w:r>
      <w:r w:rsidRPr="008A0711">
        <w:rPr>
          <w:rFonts w:cs="Times New Roman"/>
          <w:b/>
          <w:bCs/>
        </w:rPr>
        <w:br/>
      </w:r>
      <w:r w:rsidRPr="008A0711">
        <w:rPr>
          <w:rFonts w:cs="Times New Roman"/>
        </w:rPr>
        <w:br/>
        <w:t>This section presents the main findings and analysis. Use subheadings without numbering if necessary.</w:t>
      </w:r>
      <w:r w:rsidRPr="008A0711">
        <w:rPr>
          <w:rFonts w:cs="Times New Roman"/>
        </w:rPr>
        <w:br/>
      </w:r>
      <w:r w:rsidRPr="008A0711">
        <w:rPr>
          <w:rFonts w:cs="Times New Roman"/>
        </w:rPr>
        <w:br/>
        <w:t>[First Discussion Subheading]</w:t>
      </w:r>
      <w:r w:rsidRPr="008A0711">
        <w:rPr>
          <w:rFonts w:cs="Times New Roman"/>
        </w:rPr>
        <w:br/>
      </w:r>
      <w:r w:rsidRPr="008A0711">
        <w:rPr>
          <w:rFonts w:cs="Times New Roman"/>
        </w:rPr>
        <w:br/>
        <w:t>[Write the analytical discussion according to the focus of the study.]</w:t>
      </w:r>
      <w:r w:rsidRPr="008A0711">
        <w:rPr>
          <w:rFonts w:cs="Times New Roman"/>
        </w:rPr>
        <w:br/>
      </w:r>
      <w:r w:rsidRPr="008A0711">
        <w:rPr>
          <w:rFonts w:cs="Times New Roman"/>
        </w:rPr>
        <w:br/>
      </w:r>
      <w:r w:rsidRPr="008A0711">
        <w:rPr>
          <w:rFonts w:cs="Times New Roman"/>
        </w:rPr>
        <w:br/>
      </w:r>
      <w:r w:rsidRPr="008A0711">
        <w:rPr>
          <w:rFonts w:cs="Times New Roman"/>
        </w:rPr>
        <w:br/>
      </w:r>
      <w:r w:rsidRPr="008A0711">
        <w:rPr>
          <w:rFonts w:cs="Times New Roman"/>
          <w:b/>
          <w:bCs/>
        </w:rPr>
        <w:t>CONCLUSION</w:t>
      </w:r>
      <w:r w:rsidRPr="008A0711">
        <w:rPr>
          <w:rFonts w:cs="Times New Roman"/>
          <w:b/>
          <w:bCs/>
        </w:rPr>
        <w:br/>
      </w:r>
      <w:r w:rsidRPr="008A0711">
        <w:rPr>
          <w:rFonts w:cs="Times New Roman"/>
        </w:rPr>
        <w:br/>
        <w:t>The conclusion should directly address the research objectives and emphasize the principal findings, contribution/novelty, implications, and recommendations for future research.</w:t>
      </w:r>
      <w:r w:rsidRPr="008A0711">
        <w:rPr>
          <w:rFonts w:cs="Times New Roman"/>
        </w:rPr>
        <w:br/>
      </w:r>
      <w:r w:rsidRPr="008A0711">
        <w:rPr>
          <w:rFonts w:cs="Times New Roman"/>
        </w:rPr>
        <w:br/>
      </w:r>
      <w:r w:rsidRPr="008A0711">
        <w:rPr>
          <w:rFonts w:cs="Times New Roman"/>
          <w:b/>
          <w:bCs/>
        </w:rPr>
        <w:t>REFERENCES</w:t>
      </w:r>
      <w:r w:rsidRPr="008A0711">
        <w:rPr>
          <w:rFonts w:cs="Times New Roman"/>
        </w:rPr>
        <w:br/>
      </w:r>
      <w:r w:rsidRPr="008A0711">
        <w:rPr>
          <w:rFonts w:cs="Times New Roman"/>
        </w:rPr>
        <w:br/>
        <w:t>Use APA 6th/7th edition format and ensure that all sources listed in the references have been cited in the text.</w:t>
      </w:r>
      <w:r w:rsidRPr="008A0711">
        <w:rPr>
          <w:rFonts w:cs="Times New Roman"/>
        </w:rPr>
        <w:br/>
      </w:r>
      <w:r w:rsidRPr="008A0711">
        <w:rPr>
          <w:rFonts w:cs="Times New Roman"/>
        </w:rPr>
        <w:br/>
        <w:t>Book Example:</w:t>
      </w:r>
      <w:r w:rsidRPr="008A0711">
        <w:rPr>
          <w:rFonts w:cs="Times New Roman"/>
        </w:rPr>
        <w:br/>
        <w:t>[Last Name], [Initial]. ([Year]). [Book Title]. [Publisher].</w:t>
      </w:r>
      <w:r w:rsidRPr="008A0711">
        <w:rPr>
          <w:rFonts w:cs="Times New Roman"/>
        </w:rPr>
        <w:br/>
      </w:r>
      <w:r w:rsidRPr="008A0711">
        <w:rPr>
          <w:rFonts w:cs="Times New Roman"/>
        </w:rPr>
        <w:br/>
        <w:t>Journal Article Example:</w:t>
      </w:r>
      <w:r w:rsidRPr="008A0711">
        <w:rPr>
          <w:rFonts w:cs="Times New Roman"/>
        </w:rPr>
        <w:br/>
        <w:t>[Last Name], [Initial]., &amp; [Last Name], [Initial]. ([Year]). [Article Title]. [Journal Name], [Volume]([Issue]), [Page Range]. https://doi.org/[doi]</w:t>
      </w:r>
      <w:r w:rsidRPr="008A0711">
        <w:rPr>
          <w:rFonts w:cs="Times New Roman"/>
        </w:rPr>
        <w:br/>
      </w:r>
    </w:p>
    <w:sectPr w:rsidR="002075DD" w:rsidRPr="008A0711" w:rsidSect="00034616">
      <w:headerReference w:type="default" r:id="rId8"/>
      <w:footerReference w:type="default" r:id="rId9"/>
      <w:pgSz w:w="12240" w:h="15840"/>
      <w:pgMar w:top="1417" w:right="1417" w:bottom="1247" w:left="1417" w:header="567" w:footer="567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B140F4B" w14:textId="77777777" w:rsidR="00A80F78" w:rsidRDefault="00A80F78">
      <w:pPr>
        <w:spacing w:line="240" w:lineRule="auto"/>
      </w:pPr>
      <w:r>
        <w:separator/>
      </w:r>
    </w:p>
  </w:endnote>
  <w:endnote w:type="continuationSeparator" w:id="0">
    <w:p w14:paraId="1D6B6D5C" w14:textId="77777777" w:rsidR="00A80F78" w:rsidRDefault="00A80F78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9A5BC6F" w14:textId="77777777" w:rsidR="00E74443" w:rsidRPr="00FD2CAA" w:rsidRDefault="00E74443" w:rsidP="00E74443">
    <w:pPr>
      <w:autoSpaceDE w:val="0"/>
      <w:autoSpaceDN w:val="0"/>
      <w:adjustRightInd w:val="0"/>
      <w:spacing w:line="240" w:lineRule="auto"/>
      <w:rPr>
        <w:rFonts w:eastAsiaTheme="minorEastAsia"/>
        <w:sz w:val="20"/>
        <w:szCs w:val="20"/>
      </w:rPr>
    </w:pPr>
    <w:r>
      <w:rPr>
        <w:rFonts w:eastAsiaTheme="minorEastAsia"/>
        <w:sz w:val="20"/>
        <w:szCs w:val="20"/>
      </w:rPr>
      <w:t>E-</w:t>
    </w:r>
    <w:r w:rsidRPr="00FD2CAA">
      <w:rPr>
        <w:rFonts w:eastAsiaTheme="minorEastAsia"/>
        <w:sz w:val="20"/>
        <w:szCs w:val="20"/>
      </w:rPr>
      <w:t xml:space="preserve">ISSN: </w:t>
    </w:r>
  </w:p>
  <w:p w14:paraId="763AC4CA" w14:textId="77777777" w:rsidR="00E74443" w:rsidRPr="00FD2CAA" w:rsidRDefault="00E74443" w:rsidP="00E74443">
    <w:pPr>
      <w:autoSpaceDE w:val="0"/>
      <w:autoSpaceDN w:val="0"/>
      <w:adjustRightInd w:val="0"/>
      <w:spacing w:line="240" w:lineRule="auto"/>
      <w:rPr>
        <w:rFonts w:eastAsiaTheme="minorEastAsia"/>
        <w:sz w:val="20"/>
        <w:szCs w:val="20"/>
      </w:rPr>
    </w:pPr>
    <w:r>
      <w:rPr>
        <w:rFonts w:eastAsiaTheme="minorEastAsia"/>
        <w:sz w:val="20"/>
        <w:szCs w:val="20"/>
      </w:rPr>
      <w:t>P-</w:t>
    </w:r>
    <w:r w:rsidRPr="00FD2CAA">
      <w:rPr>
        <w:rFonts w:eastAsiaTheme="minorEastAsia"/>
        <w:sz w:val="20"/>
        <w:szCs w:val="20"/>
      </w:rPr>
      <w:t xml:space="preserve">ISSN: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C8EAD1E" w14:textId="77777777" w:rsidR="00A80F78" w:rsidRDefault="00A80F78">
      <w:pPr>
        <w:spacing w:line="240" w:lineRule="auto"/>
      </w:pPr>
      <w:r>
        <w:separator/>
      </w:r>
    </w:p>
  </w:footnote>
  <w:footnote w:type="continuationSeparator" w:id="0">
    <w:p w14:paraId="56A9E3D3" w14:textId="77777777" w:rsidR="00A80F78" w:rsidRDefault="00A80F78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227659915"/>
      <w:docPartObj>
        <w:docPartGallery w:val="Page Numbers (Top of Page)"/>
        <w:docPartUnique/>
      </w:docPartObj>
    </w:sdtPr>
    <w:sdtEndPr>
      <w:rPr>
        <w:noProof/>
      </w:rPr>
    </w:sdtEndPr>
    <w:sdtContent>
      <w:p w14:paraId="6C50A4BC" w14:textId="153E016A" w:rsidR="004C2B12" w:rsidRDefault="004C2B12">
        <w:pPr>
          <w:pStyle w:val="Head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6FD2CBBD" w14:textId="5E5E6B55" w:rsidR="004C2B12" w:rsidRPr="00DA01E4" w:rsidRDefault="008B0342" w:rsidP="004C2B12">
    <w:pPr>
      <w:autoSpaceDE w:val="0"/>
      <w:autoSpaceDN w:val="0"/>
      <w:adjustRightInd w:val="0"/>
      <w:spacing w:line="240" w:lineRule="auto"/>
    </w:pPr>
    <w:r>
      <w:rPr>
        <w:rFonts w:eastAsiaTheme="minorEastAsia"/>
        <w:b/>
        <w:bCs/>
        <w:i/>
        <w:iCs/>
        <w:sz w:val="20"/>
        <w:szCs w:val="20"/>
      </w:rPr>
      <w:t>KHOKMAH JURNAL</w:t>
    </w:r>
    <w:r w:rsidR="004C2B12" w:rsidRPr="008338BB">
      <w:rPr>
        <w:rFonts w:eastAsiaTheme="minorEastAsia"/>
        <w:i/>
        <w:iCs/>
        <w:sz w:val="20"/>
        <w:szCs w:val="20"/>
      </w:rPr>
      <w:br/>
      <w:t xml:space="preserve">Volume </w:t>
    </w:r>
    <w:r w:rsidR="004C2B12">
      <w:rPr>
        <w:rFonts w:eastAsiaTheme="minorEastAsia"/>
        <w:i/>
        <w:iCs/>
        <w:sz w:val="20"/>
        <w:szCs w:val="20"/>
      </w:rPr>
      <w:t>01</w:t>
    </w:r>
    <w:r w:rsidR="004C2B12" w:rsidRPr="008338BB">
      <w:rPr>
        <w:rFonts w:eastAsiaTheme="minorEastAsia"/>
        <w:i/>
        <w:iCs/>
        <w:sz w:val="20"/>
        <w:szCs w:val="20"/>
      </w:rPr>
      <w:t xml:space="preserve">, Nomor </w:t>
    </w:r>
    <w:r w:rsidR="004C2B12">
      <w:rPr>
        <w:rFonts w:eastAsiaTheme="minorEastAsia"/>
        <w:i/>
        <w:iCs/>
        <w:sz w:val="20"/>
        <w:szCs w:val="20"/>
      </w:rPr>
      <w:t>01</w:t>
    </w:r>
    <w:r w:rsidR="004C2B12" w:rsidRPr="008338BB">
      <w:rPr>
        <w:rFonts w:eastAsiaTheme="minorEastAsia"/>
        <w:i/>
        <w:iCs/>
        <w:sz w:val="20"/>
        <w:szCs w:val="20"/>
      </w:rPr>
      <w:t>, Tahun 20</w:t>
    </w:r>
    <w:r w:rsidR="004C2B12">
      <w:rPr>
        <w:rFonts w:eastAsiaTheme="minorEastAsia"/>
        <w:i/>
        <w:iCs/>
        <w:sz w:val="20"/>
        <w:szCs w:val="20"/>
      </w:rPr>
      <w:t>26</w:t>
    </w:r>
    <w:r w:rsidR="004C2B12" w:rsidRPr="008338BB">
      <w:rPr>
        <w:rFonts w:eastAsiaTheme="minorEastAsia"/>
        <w:i/>
        <w:iCs/>
        <w:sz w:val="20"/>
        <w:szCs w:val="20"/>
      </w:rPr>
      <w:br/>
    </w:r>
    <w:bookmarkStart w:id="0" w:name="_Hlk229123068"/>
    <w:r w:rsidR="00723610">
      <w:rPr>
        <w:rFonts w:eastAsiaTheme="minorEastAsia"/>
        <w:i/>
        <w:iCs/>
        <w:sz w:val="20"/>
        <w:szCs w:val="20"/>
      </w:rPr>
      <w:t xml:space="preserve">Tersedia: </w:t>
    </w:r>
    <w:bookmarkEnd w:id="0"/>
    <w:r w:rsidRPr="008B0342">
      <w:rPr>
        <w:rStyle w:val="Hyperlink"/>
        <w:rFonts w:eastAsiaTheme="minorEastAsia"/>
        <w:i/>
        <w:iCs/>
        <w:sz w:val="20"/>
        <w:szCs w:val="20"/>
      </w:rPr>
      <w:t>https://khokmahjurnal.com/index.php/kj/en</w:t>
    </w:r>
  </w:p>
  <w:p w14:paraId="566763B2" w14:textId="2C9B9A4B" w:rsidR="0069038F" w:rsidRPr="0028367A" w:rsidRDefault="0069038F" w:rsidP="0028367A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2050254741">
    <w:abstractNumId w:val="8"/>
  </w:num>
  <w:num w:numId="2" w16cid:durableId="1930969695">
    <w:abstractNumId w:val="6"/>
  </w:num>
  <w:num w:numId="3" w16cid:durableId="586578385">
    <w:abstractNumId w:val="5"/>
  </w:num>
  <w:num w:numId="4" w16cid:durableId="1265304965">
    <w:abstractNumId w:val="4"/>
  </w:num>
  <w:num w:numId="5" w16cid:durableId="1117263192">
    <w:abstractNumId w:val="7"/>
  </w:num>
  <w:num w:numId="6" w16cid:durableId="1615284993">
    <w:abstractNumId w:val="3"/>
  </w:num>
  <w:num w:numId="7" w16cid:durableId="1490438541">
    <w:abstractNumId w:val="2"/>
  </w:num>
  <w:num w:numId="8" w16cid:durableId="1962103792">
    <w:abstractNumId w:val="1"/>
  </w:num>
  <w:num w:numId="9" w16cid:durableId="32663370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55CB5"/>
    <w:rsid w:val="0006063C"/>
    <w:rsid w:val="000959B8"/>
    <w:rsid w:val="0015074B"/>
    <w:rsid w:val="001F385A"/>
    <w:rsid w:val="002075DD"/>
    <w:rsid w:val="0028367A"/>
    <w:rsid w:val="0029639D"/>
    <w:rsid w:val="002D7624"/>
    <w:rsid w:val="00326F90"/>
    <w:rsid w:val="00383ABC"/>
    <w:rsid w:val="00390B15"/>
    <w:rsid w:val="004950B8"/>
    <w:rsid w:val="004C2B12"/>
    <w:rsid w:val="005C57C6"/>
    <w:rsid w:val="006338A2"/>
    <w:rsid w:val="00681884"/>
    <w:rsid w:val="0069038F"/>
    <w:rsid w:val="00707AA0"/>
    <w:rsid w:val="007137A2"/>
    <w:rsid w:val="00723610"/>
    <w:rsid w:val="007A34E4"/>
    <w:rsid w:val="007C3807"/>
    <w:rsid w:val="0081373F"/>
    <w:rsid w:val="008A0711"/>
    <w:rsid w:val="008B0342"/>
    <w:rsid w:val="00A04244"/>
    <w:rsid w:val="00A80F78"/>
    <w:rsid w:val="00AA1D8D"/>
    <w:rsid w:val="00AC3AA4"/>
    <w:rsid w:val="00B47730"/>
    <w:rsid w:val="00B66EEF"/>
    <w:rsid w:val="00C72128"/>
    <w:rsid w:val="00C96946"/>
    <w:rsid w:val="00CB0664"/>
    <w:rsid w:val="00D3726C"/>
    <w:rsid w:val="00D414F3"/>
    <w:rsid w:val="00D546B7"/>
    <w:rsid w:val="00E22C7D"/>
    <w:rsid w:val="00E74443"/>
    <w:rsid w:val="00EB237A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5132EA71"/>
  <w14:defaultImageDpi w14:val="300"/>
  <w15:docId w15:val="{C92CA78E-60FC-4409-8DC6-7ED991BC13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  <w:pPr>
      <w:spacing w:after="0" w:line="360" w:lineRule="auto"/>
    </w:pPr>
    <w:rPr>
      <w:rFonts w:ascii="Times New Roman" w:eastAsia="Times New Roman" w:hAnsi="Times New Roman"/>
      <w:sz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character" w:styleId="Hyperlink">
    <w:name w:val="Hyperlink"/>
    <w:basedOn w:val="DefaultParagraphFont"/>
    <w:uiPriority w:val="99"/>
    <w:unhideWhenUsed/>
    <w:rsid w:val="0028367A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2D762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42301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686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329</Words>
  <Characters>1880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2205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Tomi Yulianto</cp:lastModifiedBy>
  <cp:revision>5</cp:revision>
  <dcterms:created xsi:type="dcterms:W3CDTF">2026-06-15T00:55:00Z</dcterms:created>
  <dcterms:modified xsi:type="dcterms:W3CDTF">2026-06-15T00:58:00Z</dcterms:modified>
  <cp:category/>
</cp:coreProperties>
</file>